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E9B1" w14:textId="77777777" w:rsidR="00F40A57" w:rsidRDefault="00F40A57">
      <w:pPr>
        <w:jc w:val="center"/>
        <w:rPr>
          <w:b/>
          <w:sz w:val="26"/>
        </w:rPr>
      </w:pPr>
    </w:p>
    <w:p w14:paraId="670EFE2C" w14:textId="77777777" w:rsidR="00F40A57" w:rsidRDefault="00F40A57">
      <w:pPr>
        <w:jc w:val="center"/>
        <w:rPr>
          <w:b/>
          <w:sz w:val="26"/>
        </w:rPr>
      </w:pPr>
    </w:p>
    <w:p w14:paraId="16A38691" w14:textId="713576DE" w:rsidR="006C0154" w:rsidRDefault="00345DF1">
      <w:pPr>
        <w:jc w:val="center"/>
      </w:pPr>
      <w:r>
        <w:rPr>
          <w:b/>
          <w:sz w:val="26"/>
        </w:rPr>
        <w:t xml:space="preserve">HARWOOD FARMS </w:t>
      </w:r>
      <w:proofErr w:type="gramStart"/>
      <w:r>
        <w:rPr>
          <w:b/>
          <w:sz w:val="26"/>
        </w:rPr>
        <w:t>HOMEOWNERS</w:t>
      </w:r>
      <w:proofErr w:type="gramEnd"/>
      <w:r>
        <w:rPr>
          <w:b/>
          <w:sz w:val="26"/>
        </w:rPr>
        <w:t xml:space="preserve"> ASSOCIATION</w:t>
      </w:r>
    </w:p>
    <w:p w14:paraId="1A6E1F9A" w14:textId="77777777" w:rsidR="006C0154" w:rsidRDefault="00345DF1">
      <w:pPr>
        <w:jc w:val="center"/>
      </w:pPr>
      <w:r>
        <w:rPr>
          <w:b/>
          <w:color w:val="234267"/>
          <w:sz w:val="34"/>
        </w:rPr>
        <w:t>PROXY AUTHORIZATION</w:t>
      </w:r>
    </w:p>
    <w:p w14:paraId="0DBF0FE5" w14:textId="60F96396" w:rsidR="006C0154" w:rsidRDefault="00345DF1">
      <w:r>
        <w:t xml:space="preserve">This proxy authorizes another person to cast the vote of the undersigned designated voting representative at the Association </w:t>
      </w:r>
      <w:r w:rsidR="00D05EE2">
        <w:t xml:space="preserve">annual </w:t>
      </w:r>
      <w:r>
        <w:t>meeting</w:t>
      </w:r>
      <w:r w:rsidR="002D3A09">
        <w:t>.</w:t>
      </w:r>
    </w:p>
    <w:p w14:paraId="47F03BA5" w14:textId="77777777" w:rsidR="00627397" w:rsidRDefault="00627397"/>
    <w:p w14:paraId="75D17976" w14:textId="2602F528" w:rsidR="006C0154" w:rsidRDefault="00345DF1">
      <w:pPr>
        <w:spacing w:after="280"/>
      </w:pPr>
      <w:r>
        <w:rPr>
          <w:b/>
        </w:rPr>
        <w:t xml:space="preserve">Harwood Farms unit number / address:   </w:t>
      </w:r>
      <w:r>
        <w:t>___________________________________________________</w:t>
      </w:r>
    </w:p>
    <w:p w14:paraId="002DA9B1" w14:textId="1B11E59C" w:rsidR="006C0154" w:rsidRDefault="00345DF1">
      <w:pPr>
        <w:spacing w:after="280"/>
      </w:pPr>
      <w:r>
        <w:rPr>
          <w:b/>
        </w:rPr>
        <w:t>Designated voting representative</w:t>
      </w:r>
      <w:r w:rsidR="00684F3D">
        <w:rPr>
          <w:b/>
        </w:rPr>
        <w:t xml:space="preserve"> (usually the owner)</w:t>
      </w:r>
      <w:r>
        <w:rPr>
          <w:b/>
        </w:rPr>
        <w:t xml:space="preserve">: </w:t>
      </w:r>
      <w:r>
        <w:t>____________</w:t>
      </w:r>
      <w:r w:rsidR="00BA73E0">
        <w:t>__</w:t>
      </w:r>
      <w:r>
        <w:t>________________________</w:t>
      </w:r>
    </w:p>
    <w:p w14:paraId="72D3AEA9" w14:textId="0202FD5A" w:rsidR="006C0154" w:rsidRDefault="00345DF1">
      <w:pPr>
        <w:spacing w:after="280"/>
      </w:pPr>
      <w:r>
        <w:rPr>
          <w:b/>
        </w:rPr>
        <w:t xml:space="preserve">Person authorized to act as proxy:   </w:t>
      </w:r>
      <w:r>
        <w:t>________________________________________________________</w:t>
      </w:r>
    </w:p>
    <w:p w14:paraId="65FDE153" w14:textId="6F328CEF" w:rsidR="006C0154" w:rsidRDefault="00345DF1">
      <w:r>
        <w:t xml:space="preserve">I, the undersigned designated voting representative for the unit identified above, authorize the person named above to cast the vote for that unit </w:t>
      </w:r>
      <w:r w:rsidR="007676E0" w:rsidRPr="007676E0">
        <w:t>on my behalf at the next scheduled Association annual meeting, including any adjournment of that meeting.</w:t>
      </w:r>
    </w:p>
    <w:p w14:paraId="57BA1FA4" w14:textId="77777777" w:rsidR="006C0154" w:rsidRDefault="00345DF1">
      <w:r>
        <w:t>This authorization is given pursuant to Article VIII, Section 2 of the Harwood Farms By-Laws.</w:t>
      </w:r>
    </w:p>
    <w:p w14:paraId="6C7A33DC" w14:textId="77777777" w:rsidR="00BA73E0" w:rsidRDefault="00345DF1">
      <w:pPr>
        <w:spacing w:after="280"/>
        <w:rPr>
          <w:b/>
        </w:rPr>
      </w:pPr>
      <w:r>
        <w:rPr>
          <w:b/>
        </w:rPr>
        <w:t>Signature of designated voting representative</w:t>
      </w:r>
      <w:r w:rsidR="000F2174">
        <w:rPr>
          <w:b/>
        </w:rPr>
        <w:t xml:space="preserve"> (</w:t>
      </w:r>
      <w:r w:rsidR="00A84265">
        <w:rPr>
          <w:b/>
        </w:rPr>
        <w:t xml:space="preserve">usually the </w:t>
      </w:r>
      <w:r w:rsidR="000F2174">
        <w:rPr>
          <w:b/>
        </w:rPr>
        <w:t>owner)</w:t>
      </w:r>
      <w:r>
        <w:rPr>
          <w:b/>
        </w:rPr>
        <w:t xml:space="preserve">:   </w:t>
      </w:r>
    </w:p>
    <w:p w14:paraId="740DA654" w14:textId="6557537C" w:rsidR="006C0154" w:rsidRDefault="00BA73E0">
      <w:pPr>
        <w:spacing w:after="280"/>
      </w:pPr>
      <w:r>
        <w:rPr>
          <w:b/>
        </w:rPr>
        <w:t>__________________________________________________________________</w:t>
      </w:r>
      <w:r>
        <w:t>________________________</w:t>
      </w:r>
    </w:p>
    <w:p w14:paraId="4AB2E145" w14:textId="77777777" w:rsidR="006C0154" w:rsidRDefault="00345DF1">
      <w:pPr>
        <w:spacing w:after="280"/>
      </w:pPr>
      <w:r>
        <w:rPr>
          <w:b/>
        </w:rPr>
        <w:t xml:space="preserve">Date signed:   </w:t>
      </w:r>
      <w:r>
        <w:t>________________________________________________________________</w:t>
      </w:r>
    </w:p>
    <w:p w14:paraId="4B78FE8A" w14:textId="77777777" w:rsidR="006C0154" w:rsidRDefault="00345DF1">
      <w:pPr>
        <w:spacing w:before="280"/>
      </w:pPr>
      <w:r>
        <w:rPr>
          <w:b/>
          <w:color w:val="234267"/>
        </w:rPr>
        <w:t>Filing instruction</w:t>
      </w:r>
    </w:p>
    <w:p w14:paraId="7BC9D23D" w14:textId="5CDA6E8B" w:rsidR="006C0154" w:rsidRDefault="00F40A57">
      <w:r>
        <w:t>Submit this proxy with the Secretary of the Association by dropping into the HOA box on the left side of the mailboxes, mailing or emailing to the HOA</w:t>
      </w:r>
      <w:r w:rsidR="003C4B22">
        <w:t xml:space="preserve"> so that it arrives</w:t>
      </w:r>
      <w:r>
        <w:t xml:space="preserve"> at or before the appointed time of the meeting (Article VIII, Section 5 of the By-Laws).</w:t>
      </w:r>
      <w:r w:rsidR="00EA6D46">
        <w:t xml:space="preserve"> </w:t>
      </w:r>
      <w:r w:rsidR="00461DA9">
        <w:t xml:space="preserve">If you are unsure of the meeting date, </w:t>
      </w:r>
      <w:r w:rsidR="00F166D0">
        <w:t xml:space="preserve">check the website calendar at </w:t>
      </w:r>
      <w:hyperlink r:id="rId8" w:history="1">
        <w:r w:rsidR="00BF2491" w:rsidRPr="004053B1">
          <w:rPr>
            <w:rStyle w:val="Hyperlink"/>
          </w:rPr>
          <w:t>www.harwoodfarms.net/calendar</w:t>
        </w:r>
      </w:hyperlink>
      <w:r w:rsidR="00F166D0">
        <w:t xml:space="preserve">, or </w:t>
      </w:r>
      <w:r w:rsidR="00461DA9">
        <w:t>contact the HOA at the email above.</w:t>
      </w:r>
    </w:p>
    <w:p w14:paraId="089373C3" w14:textId="77777777" w:rsidR="006C0154" w:rsidRDefault="00345DF1">
      <w:pPr>
        <w:spacing w:before="360"/>
      </w:pPr>
      <w:r>
        <w:rPr>
          <w:i/>
          <w:sz w:val="18"/>
        </w:rPr>
        <w:t>By-Laws reference: Article VIII, Sections 2, 3 and 5.</w:t>
      </w:r>
    </w:p>
    <w:sectPr w:rsidR="006C0154" w:rsidSect="00F40A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296" w:right="1368" w:bottom="1152" w:left="1368" w:header="10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1D424" w14:textId="77777777" w:rsidR="00345DF1" w:rsidRDefault="00345DF1" w:rsidP="00F40A57">
      <w:pPr>
        <w:spacing w:after="0" w:line="240" w:lineRule="auto"/>
      </w:pPr>
      <w:r>
        <w:separator/>
      </w:r>
    </w:p>
  </w:endnote>
  <w:endnote w:type="continuationSeparator" w:id="0">
    <w:p w14:paraId="11E65C40" w14:textId="77777777" w:rsidR="00345DF1" w:rsidRDefault="00345DF1" w:rsidP="00F40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1395C" w14:textId="77777777" w:rsidR="00ED67CD" w:rsidRDefault="00ED67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1217" w14:textId="77777777" w:rsidR="00ED67CD" w:rsidRDefault="00ED67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57769" w14:textId="77777777" w:rsidR="00ED67CD" w:rsidRDefault="00ED67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2C9C" w14:textId="77777777" w:rsidR="00345DF1" w:rsidRDefault="00345DF1" w:rsidP="00F40A57">
      <w:pPr>
        <w:spacing w:after="0" w:line="240" w:lineRule="auto"/>
      </w:pPr>
      <w:r>
        <w:separator/>
      </w:r>
    </w:p>
  </w:footnote>
  <w:footnote w:type="continuationSeparator" w:id="0">
    <w:p w14:paraId="7CCA5CF4" w14:textId="77777777" w:rsidR="00345DF1" w:rsidRDefault="00345DF1" w:rsidP="00F40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53F82" w14:textId="77777777" w:rsidR="00ED67CD" w:rsidRDefault="00ED67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C6DA" w14:textId="6338CBE9" w:rsidR="00F40A57" w:rsidRDefault="00F40A57" w:rsidP="00F40A5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168AD6EE" wp14:editId="67643735">
              <wp:simplePos x="0" y="0"/>
              <wp:positionH relativeFrom="column">
                <wp:posOffset>3572147</wp:posOffset>
              </wp:positionH>
              <wp:positionV relativeFrom="paragraph">
                <wp:posOffset>-68580</wp:posOffset>
              </wp:positionV>
              <wp:extent cx="2400300" cy="1404620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BB2EF2" w14:textId="77777777" w:rsidR="00F40A57" w:rsidRDefault="00F40A57" w:rsidP="00F40A57">
                          <w:pPr>
                            <w:spacing w:after="0"/>
                          </w:pPr>
                          <w:r w:rsidRPr="00B358A6">
                            <w:t xml:space="preserve">Harwood Farms HOA </w:t>
                          </w:r>
                        </w:p>
                        <w:p w14:paraId="7C04EB94" w14:textId="77777777" w:rsidR="00F40A57" w:rsidRDefault="00F40A57" w:rsidP="00F40A57">
                          <w:pPr>
                            <w:spacing w:after="0"/>
                          </w:pPr>
                          <w:r w:rsidRPr="00B358A6">
                            <w:t xml:space="preserve">758 Hatfield Cir. </w:t>
                          </w:r>
                        </w:p>
                        <w:p w14:paraId="63CE7BA8" w14:textId="77777777" w:rsidR="00F40A57" w:rsidRDefault="00F40A57" w:rsidP="00F40A57">
                          <w:pPr>
                            <w:spacing w:after="0"/>
                          </w:pPr>
                          <w:r w:rsidRPr="00B358A6">
                            <w:t>Saline, MI 48176 harwoodfarmssaline@gmail.com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68AD6E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1.25pt;margin-top:-5.4pt;width:189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f4DQIAAPcDAAAOAAAAZHJzL2Uyb0RvYy54bWysU9tu2zAMfR+wfxD0vtjJnK414hRdugwD&#10;ugvQ7QNkWY6FyaJGKbGzrx8lp2nQvQ3Tg0CK1BF5eLS6HXvDDgq9Blvx+SznTFkJjba7iv/4vn1z&#10;zZkPwjbCgFUVPyrPb9evX60GV6oFdGAahYxArC8HV/EuBFdmmZed6oWfgVOWgi1gLwK5uMsaFAOh&#10;9yZb5PlVNgA2DkEq7+n0fgrydcJvWyXD17b1KjBTcaotpB3TXsc9W69EuUPhOi1PZYh/qKIX2tKj&#10;Z6h7EQTbo/4LqtcSwUMbZhL6DNpWS5V6oG7m+YtuHjvhVOqFyPHuTJP/f7Dyy+HRfUMWxvcw0gBT&#10;E949gPzpmYVNJ+xO3SHC0CnR0MPzSFk2OF+erkaqfekjSD18hoaGLPYBEtDYYh9ZoT4ZodMAjmfS&#10;1RiYpMNFkedvcwpJis2LvLhapLFkony67tCHjwp6Fo2KI001wYvDgw+xHFE+pcTXPBjdbLUxycFd&#10;vTHIDoIUsE0rdfAizVg2VPxmuVgmZAvxfhJHrwMp1Oi+4td5XJNmIh0fbJNSgtBmsqkSY0/8REom&#10;csJYj5QYeaqhORJTCJMS6eeQ0QH+5mwgFVbc/9oLVJyZT5bYvpkXRZRtcorlO6KG4WWkvowIKwmq&#10;4oGzydyEJPXEg7ujqWx14uu5klOtpK5E4+knRPle+inr+b+u/wAAAP//AwBQSwMEFAAGAAgAAAAh&#10;AAHeQUrfAAAACwEAAA8AAABkcnMvZG93bnJldi54bWxMj8tOwzAQRfdI/IM1SOxaO1FTQcikqqjY&#10;sECiIMHSjZ04In7IdtPw9wwrWM7M0Z1zm91iJzbrmEbvEIq1AKZd59XoBoT3t6fVHbCUpVNy8k4j&#10;fOsEu/b6qpG18hf3qudjHhiFuFRLBJNzqDlPndFWprUP2tGt99HKTGMcuIryQuF24qUQW27l6OiD&#10;kUE/Gt19Hc8W4cOaUR3iy2evpvnw3O+rsMSAeHuz7B+AZb3kPxh+9UkdWnI6+bNTiU0I1basCEVY&#10;FYI6EHG/EbQ5IZSF2ABvG/6/Q/sDAAD//wMAUEsBAi0AFAAGAAgAAAAhALaDOJL+AAAA4QEAABMA&#10;AAAAAAAAAAAAAAAAAAAAAFtDb250ZW50X1R5cGVzXS54bWxQSwECLQAUAAYACAAAACEAOP0h/9YA&#10;AACUAQAACwAAAAAAAAAAAAAAAAAvAQAAX3JlbHMvLnJlbHNQSwECLQAUAAYACAAAACEAB6n3+A0C&#10;AAD3AwAADgAAAAAAAAAAAAAAAAAuAgAAZHJzL2Uyb0RvYy54bWxQSwECLQAUAAYACAAAACEAAd5B&#10;St8AAAALAQAADwAAAAAAAAAAAAAAAABnBAAAZHJzL2Rvd25yZXYueG1sUEsFBgAAAAAEAAQA8wAA&#10;AHMFAAAAAA==&#10;" stroked="f">
              <v:textbox style="mso-fit-shape-to-text:t">
                <w:txbxContent>
                  <w:p w14:paraId="64BB2EF2" w14:textId="77777777" w:rsidR="00F40A57" w:rsidRDefault="00F40A57" w:rsidP="00F40A57">
                    <w:pPr>
                      <w:spacing w:after="0"/>
                    </w:pPr>
                    <w:r w:rsidRPr="00B358A6">
                      <w:t xml:space="preserve">Harwood Farms HOA </w:t>
                    </w:r>
                  </w:p>
                  <w:p w14:paraId="7C04EB94" w14:textId="77777777" w:rsidR="00F40A57" w:rsidRDefault="00F40A57" w:rsidP="00F40A57">
                    <w:pPr>
                      <w:spacing w:after="0"/>
                    </w:pPr>
                    <w:r w:rsidRPr="00B358A6">
                      <w:t xml:space="preserve">758 Hatfield Cir. </w:t>
                    </w:r>
                  </w:p>
                  <w:p w14:paraId="63CE7BA8" w14:textId="77777777" w:rsidR="00F40A57" w:rsidRDefault="00F40A57" w:rsidP="00F40A57">
                    <w:pPr>
                      <w:spacing w:after="0"/>
                    </w:pPr>
                    <w:r w:rsidRPr="00B358A6">
                      <w:t>Saline, MI 48176 harwoodfarmssaline@gmail.com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b/>
        <w:bCs/>
        <w:noProof/>
        <w:sz w:val="44"/>
        <w:szCs w:val="44"/>
      </w:rPr>
      <w:drawing>
        <wp:inline distT="0" distB="0" distL="0" distR="0" wp14:anchorId="0AA6E8CA" wp14:editId="403D3C83">
          <wp:extent cx="1779814" cy="700707"/>
          <wp:effectExtent l="0" t="0" r="0" b="4445"/>
          <wp:docPr id="9327632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63254" name="Picture 9327632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410" cy="742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CCF90D" w14:textId="7652D816" w:rsidR="00F40A57" w:rsidRDefault="00F40A57">
    <w:pPr>
      <w:pStyle w:val="Header"/>
    </w:pPr>
  </w:p>
  <w:p w14:paraId="0E00169C" w14:textId="77777777" w:rsidR="00F40A57" w:rsidRDefault="00F40A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FEB95" w14:textId="77777777" w:rsidR="00ED67CD" w:rsidRDefault="00ED67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1656045">
    <w:abstractNumId w:val="8"/>
  </w:num>
  <w:num w:numId="2" w16cid:durableId="1710643129">
    <w:abstractNumId w:val="6"/>
  </w:num>
  <w:num w:numId="3" w16cid:durableId="385036123">
    <w:abstractNumId w:val="5"/>
  </w:num>
  <w:num w:numId="4" w16cid:durableId="1439062060">
    <w:abstractNumId w:val="4"/>
  </w:num>
  <w:num w:numId="5" w16cid:durableId="1864173227">
    <w:abstractNumId w:val="7"/>
  </w:num>
  <w:num w:numId="6" w16cid:durableId="757754352">
    <w:abstractNumId w:val="3"/>
  </w:num>
  <w:num w:numId="7" w16cid:durableId="1692492832">
    <w:abstractNumId w:val="2"/>
  </w:num>
  <w:num w:numId="8" w16cid:durableId="1235239723">
    <w:abstractNumId w:val="1"/>
  </w:num>
  <w:num w:numId="9" w16cid:durableId="932205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2174"/>
    <w:rsid w:val="0015074B"/>
    <w:rsid w:val="0029639D"/>
    <w:rsid w:val="002A1B6E"/>
    <w:rsid w:val="002D3A09"/>
    <w:rsid w:val="00326F90"/>
    <w:rsid w:val="00345DF1"/>
    <w:rsid w:val="003C4B22"/>
    <w:rsid w:val="00406C09"/>
    <w:rsid w:val="004538B0"/>
    <w:rsid w:val="00461DA9"/>
    <w:rsid w:val="00627397"/>
    <w:rsid w:val="00684F3D"/>
    <w:rsid w:val="00696662"/>
    <w:rsid w:val="006C0154"/>
    <w:rsid w:val="007676E0"/>
    <w:rsid w:val="007822A0"/>
    <w:rsid w:val="008E2161"/>
    <w:rsid w:val="009034A7"/>
    <w:rsid w:val="00A84265"/>
    <w:rsid w:val="00AA1D8D"/>
    <w:rsid w:val="00B47730"/>
    <w:rsid w:val="00BA73E0"/>
    <w:rsid w:val="00BF2491"/>
    <w:rsid w:val="00C95912"/>
    <w:rsid w:val="00CB0664"/>
    <w:rsid w:val="00D05EE2"/>
    <w:rsid w:val="00DD2428"/>
    <w:rsid w:val="00EA6D46"/>
    <w:rsid w:val="00ED67CD"/>
    <w:rsid w:val="00F166D0"/>
    <w:rsid w:val="00F40A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71AD5B"/>
  <w14:defaultImageDpi w14:val="300"/>
  <w15:docId w15:val="{E2FCFB9F-BF6E-44CA-8A62-3B387DC6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80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166D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6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rwoodfarms.net/calenda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Hall</cp:lastModifiedBy>
  <cp:revision>23</cp:revision>
  <cp:lastPrinted>2026-10-20T12:38:00Z</cp:lastPrinted>
  <dcterms:created xsi:type="dcterms:W3CDTF">2026-10-20T12:16:00Z</dcterms:created>
  <dcterms:modified xsi:type="dcterms:W3CDTF">2026-10-20T14:38:00Z</dcterms:modified>
  <cp:category/>
</cp:coreProperties>
</file>